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360C" w:rsidRPr="005E7465" w:rsidRDefault="0014550F" w:rsidP="00445C3E">
      <w:pPr>
        <w:pStyle w:val="1"/>
        <w:bidi/>
        <w:rPr>
          <w:rFonts w:asciiTheme="majorBidi" w:hAnsiTheme="majorBidi"/>
        </w:rPr>
      </w:pPr>
      <w:r w:rsidRPr="005E7465">
        <w:rPr>
          <w:rFonts w:asciiTheme="majorBidi" w:hAnsiTheme="majorBidi"/>
          <w:rtl/>
        </w:rPr>
        <w:t>شرح</w:t>
      </w:r>
      <w:r w:rsidRPr="005E7465">
        <w:rPr>
          <w:rFonts w:asciiTheme="majorBidi" w:hAnsiTheme="majorBidi"/>
        </w:rPr>
        <w:t xml:space="preserve"> </w:t>
      </w:r>
      <w:r w:rsidRPr="005E7465">
        <w:rPr>
          <w:rFonts w:asciiTheme="majorBidi" w:hAnsiTheme="majorBidi"/>
          <w:rtl/>
        </w:rPr>
        <w:t>نص</w:t>
      </w:r>
      <w:r w:rsidRPr="005E7465">
        <w:rPr>
          <w:rFonts w:asciiTheme="majorBidi" w:hAnsiTheme="majorBidi"/>
        </w:rPr>
        <w:t xml:space="preserve"> </w:t>
      </w:r>
      <w:r w:rsidRPr="005E7465">
        <w:rPr>
          <w:rFonts w:asciiTheme="majorBidi" w:hAnsiTheme="majorBidi"/>
          <w:rtl/>
        </w:rPr>
        <w:t>الكدّ</w:t>
      </w:r>
      <w:r w:rsidRPr="005E7465">
        <w:rPr>
          <w:rFonts w:asciiTheme="majorBidi" w:hAnsiTheme="majorBidi"/>
        </w:rPr>
        <w:t xml:space="preserve"> </w:t>
      </w:r>
      <w:r w:rsidRPr="005E7465">
        <w:rPr>
          <w:rFonts w:asciiTheme="majorBidi" w:hAnsiTheme="majorBidi"/>
          <w:rtl/>
        </w:rPr>
        <w:t>سبيل</w:t>
      </w:r>
      <w:r w:rsidRPr="005E7465">
        <w:rPr>
          <w:rFonts w:asciiTheme="majorBidi" w:hAnsiTheme="majorBidi"/>
        </w:rPr>
        <w:t xml:space="preserve"> </w:t>
      </w:r>
      <w:r w:rsidRPr="005E7465">
        <w:rPr>
          <w:rFonts w:asciiTheme="majorBidi" w:hAnsiTheme="majorBidi"/>
          <w:rtl/>
        </w:rPr>
        <w:t>المعالي</w:t>
      </w:r>
    </w:p>
    <w:p w:rsidR="00FC360C" w:rsidRPr="005E7465" w:rsidRDefault="0014550F" w:rsidP="00445C3E">
      <w:pPr>
        <w:bidi/>
        <w:rPr>
          <w:rFonts w:asciiTheme="majorBidi" w:hAnsiTheme="majorBidi" w:cstheme="majorBidi"/>
          <w:b/>
          <w:bCs/>
          <w:sz w:val="28"/>
          <w:szCs w:val="28"/>
        </w:rPr>
      </w:pPr>
      <w:r w:rsidRPr="005E7465">
        <w:rPr>
          <w:rFonts w:ascii="MS Gothic" w:eastAsia="MS Gothic" w:hAnsi="MS Gothic" w:cs="MS Gothic" w:hint="eastAsia"/>
          <w:b/>
          <w:bCs/>
          <w:sz w:val="28"/>
          <w:szCs w:val="28"/>
        </w:rPr>
        <w:t>✍</w:t>
      </w:r>
      <w:r w:rsidRPr="005E7465">
        <w:rPr>
          <w:rFonts w:ascii="Times New Roman" w:hAnsi="Times New Roman" w:cs="Times New Roman"/>
          <w:b/>
          <w:bCs/>
          <w:sz w:val="28"/>
          <w:szCs w:val="28"/>
        </w:rPr>
        <w:t>️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الشاعر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: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غير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محدد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(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من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الشعر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التعليمي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التوجيهي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>)</w:t>
      </w:r>
    </w:p>
    <w:p w:rsidR="00FC360C" w:rsidRPr="005E7465" w:rsidRDefault="0014550F" w:rsidP="00445C3E">
      <w:pPr>
        <w:bidi/>
        <w:rPr>
          <w:rFonts w:asciiTheme="majorBidi" w:hAnsiTheme="majorBidi" w:cstheme="majorBidi"/>
          <w:b/>
          <w:bCs/>
          <w:sz w:val="28"/>
          <w:szCs w:val="28"/>
        </w:rPr>
      </w:pPr>
      <w:r w:rsidRPr="005E7465">
        <w:rPr>
          <w:rFonts w:ascii="Segoe UI Symbol" w:hAnsi="Segoe UI Symbol" w:cs="Segoe UI Symbol"/>
          <w:b/>
          <w:bCs/>
          <w:sz w:val="28"/>
          <w:szCs w:val="28"/>
        </w:rPr>
        <w:t>🎯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الغرض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الشعري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: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الحثّ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على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الجدّ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والاجتهاد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في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طلب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العلم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والعمل،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والتنبيه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إلى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أن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النجاح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لا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يتحقق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بالراحة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والكسل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>.</w:t>
      </w:r>
    </w:p>
    <w:p w:rsidR="00FC360C" w:rsidRPr="005E7465" w:rsidRDefault="0014550F" w:rsidP="00445C3E">
      <w:pPr>
        <w:pStyle w:val="21"/>
        <w:bidi/>
        <w:rPr>
          <w:rFonts w:asciiTheme="majorBidi" w:hAnsiTheme="majorBidi"/>
          <w:sz w:val="28"/>
          <w:szCs w:val="28"/>
        </w:rPr>
      </w:pPr>
      <w:r w:rsidRPr="005E7465">
        <w:rPr>
          <w:rFonts w:ascii="Segoe UI Symbol" w:hAnsi="Segoe UI Symbol" w:cs="Segoe UI Symbol"/>
          <w:sz w:val="28"/>
          <w:szCs w:val="28"/>
        </w:rPr>
        <w:t>💡</w:t>
      </w:r>
      <w:r w:rsidRPr="005E7465">
        <w:rPr>
          <w:rFonts w:asciiTheme="majorBidi" w:hAnsiTheme="majorBidi"/>
          <w:sz w:val="28"/>
          <w:szCs w:val="28"/>
        </w:rPr>
        <w:t xml:space="preserve"> </w:t>
      </w:r>
      <w:r w:rsidRPr="005E7465">
        <w:rPr>
          <w:rFonts w:asciiTheme="majorBidi" w:hAnsiTheme="majorBidi"/>
          <w:sz w:val="28"/>
          <w:szCs w:val="28"/>
          <w:rtl/>
        </w:rPr>
        <w:t>الفكرة</w:t>
      </w:r>
      <w:r w:rsidRPr="005E7465">
        <w:rPr>
          <w:rFonts w:asciiTheme="majorBidi" w:hAnsiTheme="majorBidi"/>
          <w:sz w:val="28"/>
          <w:szCs w:val="28"/>
        </w:rPr>
        <w:t xml:space="preserve"> </w:t>
      </w:r>
      <w:r w:rsidRPr="005E7465">
        <w:rPr>
          <w:rFonts w:asciiTheme="majorBidi" w:hAnsiTheme="majorBidi"/>
          <w:sz w:val="28"/>
          <w:szCs w:val="28"/>
          <w:rtl/>
        </w:rPr>
        <w:t>الرئيسية</w:t>
      </w:r>
    </w:p>
    <w:p w:rsidR="00FC360C" w:rsidRPr="005E7465" w:rsidRDefault="0014550F" w:rsidP="00445C3E">
      <w:pPr>
        <w:bidi/>
        <w:rPr>
          <w:rFonts w:asciiTheme="majorBidi" w:hAnsiTheme="majorBidi" w:cstheme="majorBidi"/>
          <w:b/>
          <w:bCs/>
          <w:sz w:val="28"/>
          <w:szCs w:val="28"/>
        </w:rPr>
      </w:pP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لا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ينال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الإنسان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المجد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والرفعة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إلا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بالكدّ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والاجتهاد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والسعي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المستمر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في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سبيل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العلم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والعمل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>.</w:t>
      </w:r>
    </w:p>
    <w:p w:rsidR="00FC360C" w:rsidRPr="005E7465" w:rsidRDefault="0014550F" w:rsidP="00445C3E">
      <w:pPr>
        <w:pStyle w:val="21"/>
        <w:bidi/>
        <w:rPr>
          <w:rFonts w:asciiTheme="majorBidi" w:hAnsiTheme="majorBidi"/>
          <w:sz w:val="28"/>
          <w:szCs w:val="28"/>
        </w:rPr>
      </w:pPr>
      <w:r w:rsidRPr="005E7465">
        <w:rPr>
          <w:rFonts w:ascii="Times New Roman" w:hAnsi="Times New Roman" w:cs="Times New Roman"/>
          <w:sz w:val="28"/>
          <w:szCs w:val="28"/>
        </w:rPr>
        <w:t>🪶</w:t>
      </w:r>
      <w:r w:rsidRPr="005E7465">
        <w:rPr>
          <w:rFonts w:asciiTheme="majorBidi" w:hAnsiTheme="majorBidi"/>
          <w:sz w:val="28"/>
          <w:szCs w:val="28"/>
        </w:rPr>
        <w:t xml:space="preserve"> </w:t>
      </w:r>
      <w:r w:rsidRPr="005E7465">
        <w:rPr>
          <w:rFonts w:asciiTheme="majorBidi" w:hAnsiTheme="majorBidi"/>
          <w:sz w:val="28"/>
          <w:szCs w:val="28"/>
          <w:rtl/>
        </w:rPr>
        <w:t>شرح</w:t>
      </w:r>
      <w:r w:rsidRPr="005E7465">
        <w:rPr>
          <w:rFonts w:asciiTheme="majorBidi" w:hAnsiTheme="majorBidi"/>
          <w:sz w:val="28"/>
          <w:szCs w:val="28"/>
        </w:rPr>
        <w:t xml:space="preserve"> </w:t>
      </w:r>
      <w:r w:rsidRPr="005E7465">
        <w:rPr>
          <w:rFonts w:asciiTheme="majorBidi" w:hAnsiTheme="majorBidi"/>
          <w:sz w:val="28"/>
          <w:szCs w:val="28"/>
          <w:rtl/>
        </w:rPr>
        <w:t>الأبيات</w:t>
      </w:r>
    </w:p>
    <w:p w:rsidR="00FC360C" w:rsidRPr="005E7465" w:rsidRDefault="0014550F" w:rsidP="00445C3E">
      <w:pPr>
        <w:bidi/>
        <w:rPr>
          <w:rFonts w:asciiTheme="majorBidi" w:hAnsiTheme="majorBidi" w:cstheme="majorBidi"/>
          <w:b/>
          <w:bCs/>
          <w:sz w:val="28"/>
          <w:szCs w:val="28"/>
        </w:rPr>
      </w:pPr>
      <w:r w:rsidRPr="005E7465">
        <w:rPr>
          <w:rFonts w:asciiTheme="majorBidi" w:hAnsiTheme="majorBidi" w:cstheme="majorBidi"/>
          <w:b/>
          <w:bCs/>
          <w:sz w:val="28"/>
          <w:szCs w:val="28"/>
        </w:rPr>
        <w:t>1</w:t>
      </w:r>
      <w:r w:rsidRPr="005E7465">
        <w:rPr>
          <w:rFonts w:ascii="Times New Roman" w:hAnsi="Times New Roman" w:cs="Times New Roman"/>
          <w:b/>
          <w:bCs/>
          <w:sz w:val="28"/>
          <w:szCs w:val="28"/>
        </w:rPr>
        <w:t>️</w:t>
      </w:r>
      <w:r w:rsidRPr="005E7465">
        <w:rPr>
          <w:rFonts w:ascii="Tahoma" w:hAnsi="Tahoma" w:cs="Tahoma"/>
          <w:b/>
          <w:bCs/>
          <w:sz w:val="28"/>
          <w:szCs w:val="28"/>
        </w:rPr>
        <w:t>⃣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بقدر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الكدّ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تكتسب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المعالي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: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الاجتهاد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هو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مقياس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النجاح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وعلوّ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الشأن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>.</w:t>
      </w:r>
    </w:p>
    <w:p w:rsidR="00FC360C" w:rsidRPr="005E7465" w:rsidRDefault="0014550F" w:rsidP="00445C3E">
      <w:pPr>
        <w:bidi/>
        <w:rPr>
          <w:rFonts w:asciiTheme="majorBidi" w:hAnsiTheme="majorBidi" w:cstheme="majorBidi"/>
          <w:b/>
          <w:bCs/>
          <w:sz w:val="28"/>
          <w:szCs w:val="28"/>
        </w:rPr>
      </w:pPr>
      <w:r w:rsidRPr="005E7465">
        <w:rPr>
          <w:rFonts w:asciiTheme="majorBidi" w:hAnsiTheme="majorBidi" w:cstheme="majorBidi"/>
          <w:b/>
          <w:bCs/>
          <w:sz w:val="28"/>
          <w:szCs w:val="28"/>
        </w:rPr>
        <w:t>2</w:t>
      </w:r>
      <w:r w:rsidRPr="005E7465">
        <w:rPr>
          <w:rFonts w:ascii="Times New Roman" w:hAnsi="Times New Roman" w:cs="Times New Roman"/>
          <w:b/>
          <w:bCs/>
          <w:sz w:val="28"/>
          <w:szCs w:val="28"/>
        </w:rPr>
        <w:t>️</w:t>
      </w:r>
      <w:r w:rsidRPr="005E7465">
        <w:rPr>
          <w:rFonts w:ascii="Tahoma" w:hAnsi="Tahoma" w:cs="Tahoma"/>
          <w:b/>
          <w:bCs/>
          <w:sz w:val="28"/>
          <w:szCs w:val="28"/>
        </w:rPr>
        <w:t>⃣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ومن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رام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العُلا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من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غير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كدٍّ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أضاع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العمر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في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طلب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المحالِ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: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لا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مجد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بلا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تعب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ولا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نجاح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بلا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سعي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>.</w:t>
      </w:r>
    </w:p>
    <w:p w:rsidR="00FC360C" w:rsidRPr="005E7465" w:rsidRDefault="0014550F" w:rsidP="00445C3E">
      <w:pPr>
        <w:bidi/>
        <w:rPr>
          <w:rFonts w:asciiTheme="majorBidi" w:hAnsiTheme="majorBidi" w:cstheme="majorBidi"/>
          <w:b/>
          <w:bCs/>
          <w:sz w:val="28"/>
          <w:szCs w:val="28"/>
        </w:rPr>
      </w:pPr>
      <w:r w:rsidRPr="005E7465">
        <w:rPr>
          <w:rFonts w:asciiTheme="majorBidi" w:hAnsiTheme="majorBidi" w:cstheme="majorBidi"/>
          <w:b/>
          <w:bCs/>
          <w:sz w:val="28"/>
          <w:szCs w:val="28"/>
        </w:rPr>
        <w:t>3</w:t>
      </w:r>
      <w:r w:rsidRPr="005E7465">
        <w:rPr>
          <w:rFonts w:ascii="Times New Roman" w:hAnsi="Times New Roman" w:cs="Times New Roman"/>
          <w:b/>
          <w:bCs/>
          <w:sz w:val="28"/>
          <w:szCs w:val="28"/>
        </w:rPr>
        <w:t>️</w:t>
      </w:r>
      <w:r w:rsidRPr="005E7465">
        <w:rPr>
          <w:rFonts w:ascii="Tahoma" w:hAnsi="Tahoma" w:cs="Tahoma"/>
          <w:b/>
          <w:bCs/>
          <w:sz w:val="28"/>
          <w:szCs w:val="28"/>
        </w:rPr>
        <w:t>⃣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تروم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المجدَ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ثم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تنامُ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ليلًا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يغوص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البحرَ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من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طلبَ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اللآلي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: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النجاح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يحتاج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إلى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جهد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وتضحية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وصبر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>.</w:t>
      </w:r>
    </w:p>
    <w:p w:rsidR="00FC360C" w:rsidRPr="005E7465" w:rsidRDefault="0014550F" w:rsidP="00445C3E">
      <w:pPr>
        <w:bidi/>
        <w:rPr>
          <w:rFonts w:asciiTheme="majorBidi" w:hAnsiTheme="majorBidi" w:cstheme="majorBidi"/>
          <w:b/>
          <w:bCs/>
          <w:sz w:val="28"/>
          <w:szCs w:val="28"/>
        </w:rPr>
      </w:pPr>
      <w:r w:rsidRPr="005E7465">
        <w:rPr>
          <w:rFonts w:asciiTheme="majorBidi" w:hAnsiTheme="majorBidi" w:cstheme="majorBidi"/>
          <w:b/>
          <w:bCs/>
          <w:sz w:val="28"/>
          <w:szCs w:val="28"/>
        </w:rPr>
        <w:t>4</w:t>
      </w:r>
      <w:r w:rsidRPr="005E7465">
        <w:rPr>
          <w:rFonts w:ascii="Times New Roman" w:hAnsi="Times New Roman" w:cs="Times New Roman"/>
          <w:b/>
          <w:bCs/>
          <w:sz w:val="28"/>
          <w:szCs w:val="28"/>
        </w:rPr>
        <w:t>️</w:t>
      </w:r>
      <w:r w:rsidRPr="005E7465">
        <w:rPr>
          <w:rFonts w:ascii="Tahoma" w:hAnsi="Tahoma" w:cs="Tahoma"/>
          <w:b/>
          <w:bCs/>
          <w:sz w:val="28"/>
          <w:szCs w:val="28"/>
        </w:rPr>
        <w:t>⃣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علو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القدر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بالهمم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العوالي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وعز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المرء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في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سهر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الليالي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: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الهمة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العالية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والسهر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في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سبيل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العلم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طريق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العزّ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>.</w:t>
      </w:r>
    </w:p>
    <w:p w:rsidR="00FC360C" w:rsidRPr="005E7465" w:rsidRDefault="0014550F" w:rsidP="00445C3E">
      <w:pPr>
        <w:bidi/>
        <w:rPr>
          <w:rFonts w:asciiTheme="majorBidi" w:hAnsiTheme="majorBidi" w:cstheme="majorBidi"/>
          <w:b/>
          <w:bCs/>
          <w:sz w:val="28"/>
          <w:szCs w:val="28"/>
        </w:rPr>
      </w:pPr>
      <w:r w:rsidRPr="005E7465">
        <w:rPr>
          <w:rFonts w:asciiTheme="majorBidi" w:hAnsiTheme="majorBidi" w:cstheme="majorBidi"/>
          <w:b/>
          <w:bCs/>
          <w:sz w:val="28"/>
          <w:szCs w:val="28"/>
        </w:rPr>
        <w:t>5</w:t>
      </w:r>
      <w:r w:rsidRPr="005E7465">
        <w:rPr>
          <w:rFonts w:ascii="Times New Roman" w:hAnsi="Times New Roman" w:cs="Times New Roman"/>
          <w:b/>
          <w:bCs/>
          <w:sz w:val="28"/>
          <w:szCs w:val="28"/>
        </w:rPr>
        <w:t>️</w:t>
      </w:r>
      <w:r w:rsidRPr="005E7465">
        <w:rPr>
          <w:rFonts w:ascii="Tahoma" w:hAnsi="Tahoma" w:cs="Tahoma"/>
          <w:b/>
          <w:bCs/>
          <w:sz w:val="28"/>
          <w:szCs w:val="28"/>
        </w:rPr>
        <w:t>⃣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تركت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النوم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ربّي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في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الليالي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لأجل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رضاك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يا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مولى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الموالي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: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طلب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العلم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عبادة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وسعي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مبارك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ينال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به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الع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بد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رضا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الله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>.</w:t>
      </w:r>
    </w:p>
    <w:p w:rsidR="00FC360C" w:rsidRPr="005E7465" w:rsidRDefault="0014550F" w:rsidP="00445C3E">
      <w:pPr>
        <w:bidi/>
        <w:rPr>
          <w:rFonts w:asciiTheme="majorBidi" w:hAnsiTheme="majorBidi" w:cstheme="majorBidi"/>
          <w:b/>
          <w:bCs/>
          <w:sz w:val="28"/>
          <w:szCs w:val="28"/>
        </w:rPr>
      </w:pPr>
      <w:r w:rsidRPr="005E7465">
        <w:rPr>
          <w:rFonts w:asciiTheme="majorBidi" w:hAnsiTheme="majorBidi" w:cstheme="majorBidi"/>
          <w:b/>
          <w:bCs/>
          <w:sz w:val="28"/>
          <w:szCs w:val="28"/>
        </w:rPr>
        <w:t>6</w:t>
      </w:r>
      <w:r w:rsidRPr="005E7465">
        <w:rPr>
          <w:rFonts w:ascii="Times New Roman" w:hAnsi="Times New Roman" w:cs="Times New Roman"/>
          <w:b/>
          <w:bCs/>
          <w:sz w:val="28"/>
          <w:szCs w:val="28"/>
        </w:rPr>
        <w:t>️</w:t>
      </w:r>
      <w:r w:rsidRPr="005E7465">
        <w:rPr>
          <w:rFonts w:ascii="Tahoma" w:hAnsi="Tahoma" w:cs="Tahoma"/>
          <w:b/>
          <w:bCs/>
          <w:sz w:val="28"/>
          <w:szCs w:val="28"/>
        </w:rPr>
        <w:t>⃣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فوفقني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إلى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تحصيل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علمٍ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وبلغني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إلى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أقصى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المعالي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: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الدعاء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إلى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الله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بالتوفيق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في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العلم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والعمل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>.</w:t>
      </w:r>
    </w:p>
    <w:p w:rsidR="00FC360C" w:rsidRPr="005E7465" w:rsidRDefault="0014550F" w:rsidP="00445C3E">
      <w:pPr>
        <w:pStyle w:val="21"/>
        <w:bidi/>
        <w:rPr>
          <w:rFonts w:asciiTheme="majorBidi" w:hAnsiTheme="majorBidi"/>
          <w:sz w:val="28"/>
          <w:szCs w:val="28"/>
        </w:rPr>
      </w:pPr>
      <w:r w:rsidRPr="005E7465">
        <w:rPr>
          <w:rFonts w:ascii="Segoe UI Symbol" w:hAnsi="Segoe UI Symbol" w:cs="Segoe UI Symbol"/>
          <w:sz w:val="28"/>
          <w:szCs w:val="28"/>
        </w:rPr>
        <w:t>🔹</w:t>
      </w:r>
      <w:r w:rsidRPr="005E7465">
        <w:rPr>
          <w:rFonts w:asciiTheme="majorBidi" w:hAnsiTheme="majorBidi"/>
          <w:sz w:val="28"/>
          <w:szCs w:val="28"/>
        </w:rPr>
        <w:t xml:space="preserve"> </w:t>
      </w:r>
      <w:r w:rsidRPr="005E7465">
        <w:rPr>
          <w:rFonts w:asciiTheme="majorBidi" w:hAnsiTheme="majorBidi"/>
          <w:sz w:val="28"/>
          <w:szCs w:val="28"/>
          <w:rtl/>
        </w:rPr>
        <w:t>الفكرة</w:t>
      </w:r>
      <w:r w:rsidRPr="005E7465">
        <w:rPr>
          <w:rFonts w:asciiTheme="majorBidi" w:hAnsiTheme="majorBidi"/>
          <w:sz w:val="28"/>
          <w:szCs w:val="28"/>
        </w:rPr>
        <w:t xml:space="preserve"> </w:t>
      </w:r>
      <w:r w:rsidRPr="005E7465">
        <w:rPr>
          <w:rFonts w:asciiTheme="majorBidi" w:hAnsiTheme="majorBidi"/>
          <w:sz w:val="28"/>
          <w:szCs w:val="28"/>
          <w:rtl/>
        </w:rPr>
        <w:t>المباشرة</w:t>
      </w:r>
    </w:p>
    <w:p w:rsidR="00FC360C" w:rsidRPr="005E7465" w:rsidRDefault="0014550F" w:rsidP="00445C3E">
      <w:pPr>
        <w:bidi/>
        <w:rPr>
          <w:rFonts w:asciiTheme="majorBidi" w:hAnsiTheme="majorBidi" w:cstheme="majorBidi"/>
          <w:b/>
          <w:bCs/>
          <w:sz w:val="28"/>
          <w:szCs w:val="28"/>
        </w:rPr>
      </w:pP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ضرورة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الاجتهاد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في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طلب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العلم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وترك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الكسل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للوصول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إلى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المعالي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>.</w:t>
      </w:r>
    </w:p>
    <w:p w:rsidR="00FC360C" w:rsidRPr="005E7465" w:rsidRDefault="0014550F" w:rsidP="00445C3E">
      <w:pPr>
        <w:pStyle w:val="21"/>
        <w:bidi/>
        <w:rPr>
          <w:rFonts w:asciiTheme="majorBidi" w:hAnsiTheme="majorBidi"/>
          <w:sz w:val="28"/>
          <w:szCs w:val="28"/>
        </w:rPr>
      </w:pPr>
      <w:r w:rsidRPr="005E7465">
        <w:rPr>
          <w:rFonts w:ascii="Segoe UI Symbol" w:hAnsi="Segoe UI Symbol" w:cs="Segoe UI Symbol"/>
          <w:sz w:val="28"/>
          <w:szCs w:val="28"/>
        </w:rPr>
        <w:t>🔸</w:t>
      </w:r>
      <w:r w:rsidRPr="005E7465">
        <w:rPr>
          <w:rFonts w:asciiTheme="majorBidi" w:hAnsiTheme="majorBidi"/>
          <w:sz w:val="28"/>
          <w:szCs w:val="28"/>
        </w:rPr>
        <w:t xml:space="preserve"> </w:t>
      </w:r>
      <w:r w:rsidRPr="005E7465">
        <w:rPr>
          <w:rFonts w:asciiTheme="majorBidi" w:hAnsiTheme="majorBidi"/>
          <w:sz w:val="28"/>
          <w:szCs w:val="28"/>
          <w:rtl/>
        </w:rPr>
        <w:t>الفكرة</w:t>
      </w:r>
      <w:r w:rsidRPr="005E7465">
        <w:rPr>
          <w:rFonts w:asciiTheme="majorBidi" w:hAnsiTheme="majorBidi"/>
          <w:sz w:val="28"/>
          <w:szCs w:val="28"/>
        </w:rPr>
        <w:t xml:space="preserve"> </w:t>
      </w:r>
      <w:r w:rsidRPr="005E7465">
        <w:rPr>
          <w:rFonts w:asciiTheme="majorBidi" w:hAnsiTheme="majorBidi"/>
          <w:sz w:val="28"/>
          <w:szCs w:val="28"/>
          <w:rtl/>
        </w:rPr>
        <w:t>الضمنية</w:t>
      </w:r>
    </w:p>
    <w:p w:rsidR="00FC360C" w:rsidRPr="005E7465" w:rsidRDefault="0014550F" w:rsidP="00445C3E">
      <w:pPr>
        <w:bidi/>
        <w:rPr>
          <w:rFonts w:asciiTheme="majorBidi" w:hAnsiTheme="majorBidi" w:cstheme="majorBidi"/>
          <w:b/>
          <w:bCs/>
          <w:sz w:val="28"/>
          <w:szCs w:val="28"/>
        </w:rPr>
      </w:pP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من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يسعَ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ويصبر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ويجتهد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في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سبيل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الله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والعلم،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ينل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رضا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الله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ورفعة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الدنيا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والآخرة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>.</w:t>
      </w:r>
    </w:p>
    <w:p w:rsidR="00FC360C" w:rsidRPr="005E7465" w:rsidRDefault="0014550F" w:rsidP="00445C3E">
      <w:pPr>
        <w:pStyle w:val="21"/>
        <w:bidi/>
        <w:rPr>
          <w:rFonts w:asciiTheme="majorBidi" w:hAnsiTheme="majorBidi"/>
          <w:sz w:val="28"/>
          <w:szCs w:val="28"/>
        </w:rPr>
      </w:pPr>
      <w:r w:rsidRPr="005E7465">
        <w:rPr>
          <w:rFonts w:ascii="Segoe UI Symbol" w:hAnsi="Segoe UI Symbol" w:cs="Segoe UI Symbol"/>
          <w:sz w:val="28"/>
          <w:szCs w:val="28"/>
        </w:rPr>
        <w:t>💭</w:t>
      </w:r>
      <w:r w:rsidRPr="005E7465">
        <w:rPr>
          <w:rFonts w:asciiTheme="majorBidi" w:hAnsiTheme="majorBidi"/>
          <w:sz w:val="28"/>
          <w:szCs w:val="28"/>
        </w:rPr>
        <w:t xml:space="preserve"> </w:t>
      </w:r>
      <w:r w:rsidRPr="005E7465">
        <w:rPr>
          <w:rFonts w:asciiTheme="majorBidi" w:hAnsiTheme="majorBidi"/>
          <w:sz w:val="28"/>
          <w:szCs w:val="28"/>
          <w:rtl/>
        </w:rPr>
        <w:t>الشعور</w:t>
      </w:r>
      <w:r w:rsidRPr="005E7465">
        <w:rPr>
          <w:rFonts w:asciiTheme="majorBidi" w:hAnsiTheme="majorBidi"/>
          <w:sz w:val="28"/>
          <w:szCs w:val="28"/>
        </w:rPr>
        <w:t xml:space="preserve"> </w:t>
      </w:r>
      <w:r w:rsidRPr="005E7465">
        <w:rPr>
          <w:rFonts w:asciiTheme="majorBidi" w:hAnsiTheme="majorBidi"/>
          <w:sz w:val="28"/>
          <w:szCs w:val="28"/>
          <w:rtl/>
        </w:rPr>
        <w:t>العام</w:t>
      </w:r>
    </w:p>
    <w:p w:rsidR="00FC360C" w:rsidRPr="005E7465" w:rsidRDefault="0014550F" w:rsidP="00445C3E">
      <w:pPr>
        <w:bidi/>
        <w:rPr>
          <w:rFonts w:asciiTheme="majorBidi" w:hAnsiTheme="majorBidi" w:cstheme="majorBidi"/>
          <w:b/>
          <w:bCs/>
          <w:sz w:val="28"/>
          <w:szCs w:val="28"/>
        </w:rPr>
      </w:pP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الشاعر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يشعر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بالعزيمة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والإصرار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والإيمان،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ويمتلئ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بالحماس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والأمل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والثقة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بالله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في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بلوغ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أهدافه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>.</w:t>
      </w:r>
    </w:p>
    <w:p w:rsidR="00FC360C" w:rsidRPr="005E7465" w:rsidRDefault="0014550F" w:rsidP="00445C3E">
      <w:pPr>
        <w:pStyle w:val="21"/>
        <w:bidi/>
        <w:rPr>
          <w:rFonts w:asciiTheme="majorBidi" w:hAnsiTheme="majorBidi"/>
          <w:sz w:val="28"/>
          <w:szCs w:val="28"/>
        </w:rPr>
      </w:pPr>
      <w:r w:rsidRPr="005E7465">
        <w:rPr>
          <w:rFonts w:ascii="Segoe UI Symbol" w:hAnsi="Segoe UI Symbol" w:cs="Segoe UI Symbol"/>
          <w:sz w:val="28"/>
          <w:szCs w:val="28"/>
        </w:rPr>
        <w:t>🌟</w:t>
      </w:r>
      <w:r w:rsidRPr="005E7465">
        <w:rPr>
          <w:rFonts w:asciiTheme="majorBidi" w:hAnsiTheme="majorBidi"/>
          <w:sz w:val="28"/>
          <w:szCs w:val="28"/>
        </w:rPr>
        <w:t xml:space="preserve"> </w:t>
      </w:r>
      <w:r w:rsidRPr="005E7465">
        <w:rPr>
          <w:rFonts w:asciiTheme="majorBidi" w:hAnsiTheme="majorBidi"/>
          <w:sz w:val="28"/>
          <w:szCs w:val="28"/>
          <w:rtl/>
        </w:rPr>
        <w:t>القيم</w:t>
      </w:r>
      <w:r w:rsidRPr="005E7465">
        <w:rPr>
          <w:rFonts w:asciiTheme="majorBidi" w:hAnsiTheme="majorBidi"/>
          <w:sz w:val="28"/>
          <w:szCs w:val="28"/>
        </w:rPr>
        <w:t xml:space="preserve"> </w:t>
      </w:r>
      <w:r w:rsidRPr="005E7465">
        <w:rPr>
          <w:rFonts w:asciiTheme="majorBidi" w:hAnsiTheme="majorBidi"/>
          <w:sz w:val="28"/>
          <w:szCs w:val="28"/>
          <w:rtl/>
        </w:rPr>
        <w:t>المستفادة</w:t>
      </w:r>
    </w:p>
    <w:p w:rsidR="00FC360C" w:rsidRPr="005E7465" w:rsidRDefault="0014550F" w:rsidP="00445C3E">
      <w:pPr>
        <w:bidi/>
        <w:rPr>
          <w:rFonts w:asciiTheme="majorBidi" w:hAnsiTheme="majorBidi" w:cstheme="majorBidi"/>
          <w:b/>
          <w:bCs/>
          <w:sz w:val="28"/>
          <w:szCs w:val="28"/>
        </w:rPr>
      </w:pP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•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العمل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والجد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والاجتهاد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>.</w:t>
      </w:r>
    </w:p>
    <w:p w:rsidR="00FC360C" w:rsidRPr="005E7465" w:rsidRDefault="0014550F" w:rsidP="00445C3E">
      <w:pPr>
        <w:bidi/>
        <w:rPr>
          <w:rFonts w:asciiTheme="majorBidi" w:hAnsiTheme="majorBidi" w:cstheme="majorBidi"/>
          <w:b/>
          <w:bCs/>
          <w:sz w:val="28"/>
          <w:szCs w:val="28"/>
        </w:rPr>
      </w:pP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•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الصبر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والمثابرة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>.</w:t>
      </w:r>
    </w:p>
    <w:p w:rsidR="00FC360C" w:rsidRPr="005E7465" w:rsidRDefault="0014550F" w:rsidP="00445C3E">
      <w:pPr>
        <w:bidi/>
        <w:rPr>
          <w:rFonts w:asciiTheme="majorBidi" w:hAnsiTheme="majorBidi" w:cstheme="majorBidi"/>
          <w:b/>
          <w:bCs/>
          <w:sz w:val="28"/>
          <w:szCs w:val="28"/>
        </w:rPr>
      </w:pPr>
      <w:r w:rsidRPr="005E7465">
        <w:rPr>
          <w:rFonts w:asciiTheme="majorBidi" w:hAnsiTheme="majorBidi" w:cstheme="majorBidi"/>
          <w:b/>
          <w:bCs/>
          <w:sz w:val="28"/>
          <w:szCs w:val="28"/>
        </w:rPr>
        <w:lastRenderedPageBreak/>
        <w:t xml:space="preserve">•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أهمية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طلب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العلم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كطريق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للرفعة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>.</w:t>
      </w:r>
    </w:p>
    <w:p w:rsidR="00FC360C" w:rsidRPr="005E7465" w:rsidRDefault="0014550F" w:rsidP="00445C3E">
      <w:pPr>
        <w:bidi/>
        <w:rPr>
          <w:rFonts w:asciiTheme="majorBidi" w:hAnsiTheme="majorBidi" w:cstheme="majorBidi"/>
          <w:b/>
          <w:bCs/>
          <w:sz w:val="28"/>
          <w:szCs w:val="28"/>
        </w:rPr>
      </w:pP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•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التوكل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على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الله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والدعاء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له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با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لتوفيق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>.</w:t>
      </w:r>
    </w:p>
    <w:p w:rsidR="00FC360C" w:rsidRPr="005E7465" w:rsidRDefault="0014550F" w:rsidP="00445C3E">
      <w:pPr>
        <w:bidi/>
        <w:rPr>
          <w:rFonts w:asciiTheme="majorBidi" w:hAnsiTheme="majorBidi" w:cstheme="majorBidi"/>
          <w:b/>
          <w:bCs/>
          <w:sz w:val="28"/>
          <w:szCs w:val="28"/>
        </w:rPr>
      </w:pP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•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نبذ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الكسل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والراحة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الزائدة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>.</w:t>
      </w:r>
    </w:p>
    <w:p w:rsidR="00FC360C" w:rsidRPr="005E7465" w:rsidRDefault="0014550F" w:rsidP="00445C3E">
      <w:pPr>
        <w:pStyle w:val="21"/>
        <w:bidi/>
        <w:rPr>
          <w:rFonts w:asciiTheme="majorBidi" w:hAnsiTheme="majorBidi"/>
          <w:sz w:val="28"/>
          <w:szCs w:val="28"/>
        </w:rPr>
      </w:pPr>
      <w:r w:rsidRPr="005E7465">
        <w:rPr>
          <w:rFonts w:ascii="Times New Roman" w:hAnsi="Times New Roman" w:cs="Times New Roman"/>
          <w:sz w:val="28"/>
          <w:szCs w:val="28"/>
        </w:rPr>
        <w:t>✨</w:t>
      </w:r>
      <w:r w:rsidRPr="005E7465">
        <w:rPr>
          <w:rFonts w:asciiTheme="majorBidi" w:hAnsiTheme="majorBidi"/>
          <w:sz w:val="28"/>
          <w:szCs w:val="28"/>
        </w:rPr>
        <w:t xml:space="preserve"> </w:t>
      </w:r>
      <w:r w:rsidRPr="005E7465">
        <w:rPr>
          <w:rFonts w:asciiTheme="majorBidi" w:hAnsiTheme="majorBidi"/>
          <w:sz w:val="28"/>
          <w:szCs w:val="28"/>
          <w:rtl/>
        </w:rPr>
        <w:t>التحليل</w:t>
      </w:r>
      <w:r w:rsidRPr="005E7465">
        <w:rPr>
          <w:rFonts w:asciiTheme="majorBidi" w:hAnsiTheme="majorBidi"/>
          <w:sz w:val="28"/>
          <w:szCs w:val="28"/>
        </w:rPr>
        <w:t xml:space="preserve"> </w:t>
      </w:r>
      <w:r w:rsidRPr="005E7465">
        <w:rPr>
          <w:rFonts w:asciiTheme="majorBidi" w:hAnsiTheme="majorBidi"/>
          <w:sz w:val="28"/>
          <w:szCs w:val="28"/>
          <w:rtl/>
        </w:rPr>
        <w:t>البلاغي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FC360C" w:rsidRPr="005E7465">
        <w:tc>
          <w:tcPr>
            <w:tcW w:w="2880" w:type="dxa"/>
          </w:tcPr>
          <w:p w:rsidR="00FC360C" w:rsidRPr="005E7465" w:rsidRDefault="0014550F" w:rsidP="00445C3E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نوع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الصورة</w:t>
            </w:r>
          </w:p>
        </w:tc>
        <w:tc>
          <w:tcPr>
            <w:tcW w:w="2880" w:type="dxa"/>
          </w:tcPr>
          <w:p w:rsidR="00FC360C" w:rsidRPr="005E7465" w:rsidRDefault="0014550F" w:rsidP="00445C3E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المثال</w:t>
            </w:r>
          </w:p>
        </w:tc>
        <w:tc>
          <w:tcPr>
            <w:tcW w:w="2880" w:type="dxa"/>
          </w:tcPr>
          <w:p w:rsidR="00FC360C" w:rsidRPr="005E7465" w:rsidRDefault="0014550F" w:rsidP="00445C3E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الجمال</w:t>
            </w:r>
          </w:p>
        </w:tc>
      </w:tr>
      <w:tr w:rsidR="00FC360C" w:rsidRPr="005E7465">
        <w:tc>
          <w:tcPr>
            <w:tcW w:w="2880" w:type="dxa"/>
          </w:tcPr>
          <w:p w:rsidR="00FC360C" w:rsidRPr="005E7465" w:rsidRDefault="0014550F" w:rsidP="00445C3E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طباق</w:t>
            </w:r>
          </w:p>
        </w:tc>
        <w:tc>
          <w:tcPr>
            <w:tcW w:w="2880" w:type="dxa"/>
          </w:tcPr>
          <w:p w:rsidR="00FC360C" w:rsidRPr="005E7465" w:rsidRDefault="0014550F" w:rsidP="00445C3E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الكدّ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↔ 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الراحة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(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ضمنيًا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)</w:t>
            </w:r>
          </w:p>
        </w:tc>
        <w:tc>
          <w:tcPr>
            <w:tcW w:w="2880" w:type="dxa"/>
          </w:tcPr>
          <w:p w:rsidR="00FC360C" w:rsidRPr="005E7465" w:rsidRDefault="0014550F" w:rsidP="00445C3E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يبرز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المعنى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بالتضاد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ويؤكد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الفكرة</w:t>
            </w:r>
          </w:p>
        </w:tc>
      </w:tr>
      <w:tr w:rsidR="00FC360C" w:rsidRPr="005E7465">
        <w:tc>
          <w:tcPr>
            <w:tcW w:w="2880" w:type="dxa"/>
          </w:tcPr>
          <w:p w:rsidR="00FC360C" w:rsidRPr="005E7465" w:rsidRDefault="0014550F" w:rsidP="00445C3E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تشبيه</w:t>
            </w:r>
          </w:p>
        </w:tc>
        <w:tc>
          <w:tcPr>
            <w:tcW w:w="2880" w:type="dxa"/>
          </w:tcPr>
          <w:p w:rsidR="00FC360C" w:rsidRPr="005E7465" w:rsidRDefault="0014550F" w:rsidP="00445C3E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يغوص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البحر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من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طلب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اللآلي</w:t>
            </w:r>
          </w:p>
        </w:tc>
        <w:tc>
          <w:tcPr>
            <w:tcW w:w="2880" w:type="dxa"/>
          </w:tcPr>
          <w:p w:rsidR="00FC360C" w:rsidRPr="005E7465" w:rsidRDefault="0014550F" w:rsidP="00445C3E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يشبّه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المجد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باللؤلؤ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ويصوّر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السعي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للمجد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كالغوص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في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البحر</w:t>
            </w:r>
          </w:p>
        </w:tc>
      </w:tr>
      <w:tr w:rsidR="00FC360C" w:rsidRPr="005E7465">
        <w:tc>
          <w:tcPr>
            <w:tcW w:w="2880" w:type="dxa"/>
          </w:tcPr>
          <w:p w:rsidR="00FC360C" w:rsidRPr="005E7465" w:rsidRDefault="0014550F" w:rsidP="00445C3E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كناية</w:t>
            </w:r>
          </w:p>
        </w:tc>
        <w:tc>
          <w:tcPr>
            <w:tcW w:w="2880" w:type="dxa"/>
          </w:tcPr>
          <w:p w:rsidR="00FC360C" w:rsidRPr="005E7465" w:rsidRDefault="0014550F" w:rsidP="00445C3E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سهر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الليالي</w:t>
            </w:r>
          </w:p>
        </w:tc>
        <w:tc>
          <w:tcPr>
            <w:tcW w:w="2880" w:type="dxa"/>
          </w:tcPr>
          <w:p w:rsidR="00FC360C" w:rsidRPr="005E7465" w:rsidRDefault="0014550F" w:rsidP="00445C3E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كناية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عن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الجدّ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والاجتهاد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في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طلب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العلم</w:t>
            </w:r>
          </w:p>
        </w:tc>
      </w:tr>
      <w:tr w:rsidR="00FC360C" w:rsidRPr="005E7465">
        <w:tc>
          <w:tcPr>
            <w:tcW w:w="2880" w:type="dxa"/>
          </w:tcPr>
          <w:p w:rsidR="00FC360C" w:rsidRPr="005E7465" w:rsidRDefault="0014550F" w:rsidP="00445C3E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جناس</w:t>
            </w:r>
          </w:p>
        </w:tc>
        <w:tc>
          <w:tcPr>
            <w:tcW w:w="2880" w:type="dxa"/>
          </w:tcPr>
          <w:p w:rsidR="00FC360C" w:rsidRPr="005E7465" w:rsidRDefault="0014550F" w:rsidP="00445C3E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المعالي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/ 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الليالي</w:t>
            </w:r>
          </w:p>
        </w:tc>
        <w:tc>
          <w:tcPr>
            <w:tcW w:w="2880" w:type="dxa"/>
          </w:tcPr>
          <w:p w:rsidR="00FC360C" w:rsidRPr="005E7465" w:rsidRDefault="0014550F" w:rsidP="00445C3E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يعطي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موسيقى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جميلة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للبيت</w:t>
            </w:r>
          </w:p>
        </w:tc>
      </w:tr>
      <w:tr w:rsidR="00FC360C" w:rsidRPr="005E7465">
        <w:tc>
          <w:tcPr>
            <w:tcW w:w="2880" w:type="dxa"/>
          </w:tcPr>
          <w:p w:rsidR="00FC360C" w:rsidRPr="005E7465" w:rsidRDefault="0014550F" w:rsidP="00445C3E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دعاء</w:t>
            </w:r>
          </w:p>
        </w:tc>
        <w:tc>
          <w:tcPr>
            <w:tcW w:w="2880" w:type="dxa"/>
          </w:tcPr>
          <w:p w:rsidR="00FC360C" w:rsidRPr="005E7465" w:rsidRDefault="0014550F" w:rsidP="00445C3E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فوفّقني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إلى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تحصيل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علم</w:t>
            </w:r>
          </w:p>
        </w:tc>
        <w:tc>
          <w:tcPr>
            <w:tcW w:w="2880" w:type="dxa"/>
          </w:tcPr>
          <w:p w:rsidR="00FC360C" w:rsidRPr="005E7465" w:rsidRDefault="0014550F" w:rsidP="00445C3E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يدل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على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التواضع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والاعتماد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على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الله</w:t>
            </w:r>
          </w:p>
        </w:tc>
      </w:tr>
      <w:tr w:rsidR="00FC360C" w:rsidRPr="005E7465">
        <w:tc>
          <w:tcPr>
            <w:tcW w:w="2880" w:type="dxa"/>
          </w:tcPr>
          <w:p w:rsidR="00FC360C" w:rsidRPr="005E7465" w:rsidRDefault="0014550F" w:rsidP="00445C3E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خبر</w:t>
            </w:r>
          </w:p>
        </w:tc>
        <w:tc>
          <w:tcPr>
            <w:tcW w:w="2880" w:type="dxa"/>
          </w:tcPr>
          <w:p w:rsidR="00FC360C" w:rsidRPr="005E7465" w:rsidRDefault="0014550F" w:rsidP="00445C3E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بقدر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الكدّ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تكتسب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المعالي</w:t>
            </w:r>
          </w:p>
        </w:tc>
        <w:tc>
          <w:tcPr>
            <w:tcW w:w="2880" w:type="dxa"/>
          </w:tcPr>
          <w:p w:rsidR="00FC360C" w:rsidRPr="005E7465" w:rsidRDefault="0014550F" w:rsidP="00445C3E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تقرير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حقيقة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ثابتة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تُقنع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5E746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القارئ</w:t>
            </w:r>
          </w:p>
        </w:tc>
      </w:tr>
    </w:tbl>
    <w:p w:rsidR="00FC360C" w:rsidRPr="005E7465" w:rsidRDefault="0014550F" w:rsidP="00445C3E">
      <w:pPr>
        <w:pStyle w:val="21"/>
        <w:bidi/>
        <w:rPr>
          <w:rFonts w:asciiTheme="majorBidi" w:hAnsiTheme="majorBidi"/>
          <w:sz w:val="28"/>
          <w:szCs w:val="28"/>
        </w:rPr>
      </w:pPr>
      <w:r w:rsidRPr="005E7465">
        <w:rPr>
          <w:rFonts w:ascii="Segoe UI Symbol" w:hAnsi="Segoe UI Symbol" w:cs="Segoe UI Symbol"/>
          <w:sz w:val="28"/>
          <w:szCs w:val="28"/>
        </w:rPr>
        <w:t>🏁</w:t>
      </w:r>
      <w:r w:rsidRPr="005E7465">
        <w:rPr>
          <w:rFonts w:asciiTheme="majorBidi" w:hAnsiTheme="majorBidi"/>
          <w:sz w:val="28"/>
          <w:szCs w:val="28"/>
        </w:rPr>
        <w:t xml:space="preserve"> </w:t>
      </w:r>
      <w:r w:rsidRPr="005E7465">
        <w:rPr>
          <w:rFonts w:asciiTheme="majorBidi" w:hAnsiTheme="majorBidi"/>
          <w:sz w:val="28"/>
          <w:szCs w:val="28"/>
          <w:rtl/>
        </w:rPr>
        <w:t>الخلاصة</w:t>
      </w:r>
    </w:p>
    <w:p w:rsidR="00FC360C" w:rsidRDefault="0014550F" w:rsidP="00445C3E">
      <w:pPr>
        <w:bidi/>
        <w:rPr>
          <w:rFonts w:asciiTheme="majorBidi" w:hAnsiTheme="majorBidi" w:cstheme="majorBidi" w:hint="cs"/>
          <w:b/>
          <w:bCs/>
          <w:sz w:val="28"/>
          <w:szCs w:val="28"/>
          <w:rtl/>
        </w:rPr>
      </w:pP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طريق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النجاح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والرفعة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لا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يُنال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إلا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بالكدّ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والتعب،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ومن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أراد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رضا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الله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وبلوغ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المعالي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فليجتهد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ويسهر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ويعمل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E7465">
        <w:rPr>
          <w:rFonts w:asciiTheme="majorBidi" w:hAnsiTheme="majorBidi" w:cstheme="majorBidi"/>
          <w:b/>
          <w:bCs/>
          <w:sz w:val="28"/>
          <w:szCs w:val="28"/>
          <w:rtl/>
        </w:rPr>
        <w:t>بجدّ</w:t>
      </w:r>
      <w:r w:rsidRPr="005E7465">
        <w:rPr>
          <w:rFonts w:asciiTheme="majorBidi" w:hAnsiTheme="majorBidi" w:cstheme="majorBidi"/>
          <w:b/>
          <w:bCs/>
          <w:sz w:val="28"/>
          <w:szCs w:val="28"/>
        </w:rPr>
        <w:t>.</w:t>
      </w:r>
    </w:p>
    <w:p w:rsidR="0014550F" w:rsidRDefault="0014550F" w:rsidP="0014550F">
      <w:pPr>
        <w:bidi/>
        <w:rPr>
          <w:rFonts w:asciiTheme="majorBidi" w:hAnsiTheme="majorBidi" w:cstheme="majorBidi" w:hint="cs"/>
          <w:b/>
          <w:bCs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==================================================</w:t>
      </w:r>
    </w:p>
    <w:p w:rsidR="0014550F" w:rsidRPr="005E7465" w:rsidRDefault="0014550F" w:rsidP="0014550F">
      <w:pPr>
        <w:bidi/>
        <w:rPr>
          <w:rFonts w:asciiTheme="majorBidi" w:hAnsiTheme="majorBidi" w:cstheme="majorBidi"/>
          <w:b/>
          <w:bCs/>
          <w:sz w:val="28"/>
          <w:szCs w:val="28"/>
        </w:rPr>
      </w:pPr>
      <w:bookmarkStart w:id="0" w:name="_GoBack"/>
      <w:bookmarkEnd w:id="0"/>
    </w:p>
    <w:sectPr w:rsidR="0014550F" w:rsidRPr="005E7465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4550F"/>
    <w:rsid w:val="0015074B"/>
    <w:rsid w:val="0029639D"/>
    <w:rsid w:val="00326F90"/>
    <w:rsid w:val="00445C3E"/>
    <w:rsid w:val="005E7465"/>
    <w:rsid w:val="009F70D5"/>
    <w:rsid w:val="00AA1D8D"/>
    <w:rsid w:val="00B47730"/>
    <w:rsid w:val="00CB0664"/>
    <w:rsid w:val="00F7422B"/>
    <w:rsid w:val="00FC360C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الصفحة Char"/>
    <w:basedOn w:val="a2"/>
    <w:link w:val="a5"/>
    <w:uiPriority w:val="99"/>
    <w:rsid w:val="00E618BF"/>
  </w:style>
  <w:style w:type="paragraph" w:styleId="a6">
    <w:name w:val="footer"/>
    <w:basedOn w:val="a1"/>
    <w:link w:val="Char0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تذييل الصفحة Char"/>
    <w:basedOn w:val="a2"/>
    <w:link w:val="a6"/>
    <w:uiPriority w:val="99"/>
    <w:rsid w:val="00E618BF"/>
  </w:style>
  <w:style w:type="paragraph" w:styleId="a7">
    <w:name w:val="No Spacing"/>
    <w:uiPriority w:val="1"/>
    <w:qFormat/>
    <w:rsid w:val="00FC693F"/>
    <w:pPr>
      <w:spacing w:after="0" w:line="240" w:lineRule="auto"/>
    </w:pPr>
  </w:style>
  <w:style w:type="character" w:customStyle="1" w:styleId="1Char">
    <w:name w:val="عنوان 1 Char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عنوان 2 Char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عنوان 3 Char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8">
    <w:name w:val="Title"/>
    <w:basedOn w:val="a1"/>
    <w:next w:val="a1"/>
    <w:link w:val="Char1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1">
    <w:name w:val="العنوان Char"/>
    <w:basedOn w:val="a2"/>
    <w:link w:val="a8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9">
    <w:name w:val="Subtitle"/>
    <w:basedOn w:val="a1"/>
    <w:next w:val="a1"/>
    <w:link w:val="Char2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har2">
    <w:name w:val="عنوان فرعي Char"/>
    <w:basedOn w:val="a2"/>
    <w:link w:val="a9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a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b">
    <w:name w:val="Body Text"/>
    <w:basedOn w:val="a1"/>
    <w:link w:val="Char3"/>
    <w:uiPriority w:val="99"/>
    <w:unhideWhenUsed/>
    <w:rsid w:val="00AA1D8D"/>
    <w:pPr>
      <w:spacing w:after="120"/>
    </w:pPr>
  </w:style>
  <w:style w:type="character" w:customStyle="1" w:styleId="Char3">
    <w:name w:val="نص أساسي Char"/>
    <w:basedOn w:val="a2"/>
    <w:link w:val="ab"/>
    <w:uiPriority w:val="99"/>
    <w:rsid w:val="00AA1D8D"/>
  </w:style>
  <w:style w:type="paragraph" w:styleId="22">
    <w:name w:val="Body Text 2"/>
    <w:basedOn w:val="a1"/>
    <w:link w:val="2Char0"/>
    <w:uiPriority w:val="99"/>
    <w:unhideWhenUsed/>
    <w:rsid w:val="00AA1D8D"/>
    <w:pPr>
      <w:spacing w:after="120" w:line="480" w:lineRule="auto"/>
    </w:pPr>
  </w:style>
  <w:style w:type="character" w:customStyle="1" w:styleId="2Char0">
    <w:name w:val="نص أساسي 2 Char"/>
    <w:basedOn w:val="a2"/>
    <w:link w:val="22"/>
    <w:uiPriority w:val="99"/>
    <w:rsid w:val="00AA1D8D"/>
  </w:style>
  <w:style w:type="paragraph" w:styleId="32">
    <w:name w:val="Body Text 3"/>
    <w:basedOn w:val="a1"/>
    <w:link w:val="3Char0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Char0">
    <w:name w:val="نص أساسي 3 Char"/>
    <w:basedOn w:val="a2"/>
    <w:link w:val="32"/>
    <w:uiPriority w:val="99"/>
    <w:rsid w:val="00AA1D8D"/>
    <w:rPr>
      <w:sz w:val="16"/>
      <w:szCs w:val="16"/>
    </w:rPr>
  </w:style>
  <w:style w:type="paragraph" w:styleId="ac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3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3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d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4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4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e">
    <w:name w:val="macro"/>
    <w:link w:val="Char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Char4">
    <w:name w:val="نص ماكرو Char"/>
    <w:basedOn w:val="a2"/>
    <w:link w:val="ae"/>
    <w:uiPriority w:val="99"/>
    <w:rsid w:val="0029639D"/>
    <w:rPr>
      <w:rFonts w:ascii="Courier" w:hAnsi="Courier"/>
      <w:sz w:val="20"/>
      <w:szCs w:val="20"/>
    </w:rPr>
  </w:style>
  <w:style w:type="paragraph" w:styleId="af">
    <w:name w:val="Quote"/>
    <w:basedOn w:val="a1"/>
    <w:next w:val="a1"/>
    <w:link w:val="Char5"/>
    <w:uiPriority w:val="29"/>
    <w:qFormat/>
    <w:rsid w:val="00FC693F"/>
    <w:rPr>
      <w:i/>
      <w:iCs/>
      <w:color w:val="000000" w:themeColor="text1"/>
    </w:rPr>
  </w:style>
  <w:style w:type="character" w:customStyle="1" w:styleId="Char5">
    <w:name w:val="اقتباس Char"/>
    <w:basedOn w:val="a2"/>
    <w:link w:val="af"/>
    <w:uiPriority w:val="29"/>
    <w:rsid w:val="00FC693F"/>
    <w:rPr>
      <w:i/>
      <w:iCs/>
      <w:color w:val="000000" w:themeColor="text1"/>
    </w:rPr>
  </w:style>
  <w:style w:type="character" w:customStyle="1" w:styleId="4Char">
    <w:name w:val="عنوان 4 Char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Char">
    <w:name w:val="عنوان 5 Char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Char">
    <w:name w:val="عنوان 6 Char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Char">
    <w:name w:val="عنوان 7 Char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عنوان 8 Char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Char">
    <w:name w:val="عنوان 9 Char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0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1">
    <w:name w:val="Strong"/>
    <w:basedOn w:val="a2"/>
    <w:uiPriority w:val="22"/>
    <w:qFormat/>
    <w:rsid w:val="00FC693F"/>
    <w:rPr>
      <w:b/>
      <w:bCs/>
    </w:rPr>
  </w:style>
  <w:style w:type="character" w:styleId="af2">
    <w:name w:val="Emphasis"/>
    <w:basedOn w:val="a2"/>
    <w:uiPriority w:val="20"/>
    <w:qFormat/>
    <w:rsid w:val="00FC693F"/>
    <w:rPr>
      <w:i/>
      <w:iCs/>
    </w:rPr>
  </w:style>
  <w:style w:type="paragraph" w:styleId="af3">
    <w:name w:val="Intense Quote"/>
    <w:basedOn w:val="a1"/>
    <w:next w:val="a1"/>
    <w:link w:val="Char6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6">
    <w:name w:val="اقتباس مكثف Char"/>
    <w:basedOn w:val="a2"/>
    <w:link w:val="af3"/>
    <w:uiPriority w:val="30"/>
    <w:rsid w:val="00FC693F"/>
    <w:rPr>
      <w:b/>
      <w:bCs/>
      <w:i/>
      <w:iCs/>
      <w:color w:val="4F81BD" w:themeColor="accent1"/>
    </w:rPr>
  </w:style>
  <w:style w:type="character" w:styleId="af4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5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6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7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8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9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a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b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c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d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0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5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1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6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2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7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5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e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0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1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الصفحة Char"/>
    <w:basedOn w:val="a2"/>
    <w:link w:val="a5"/>
    <w:uiPriority w:val="99"/>
    <w:rsid w:val="00E618BF"/>
  </w:style>
  <w:style w:type="paragraph" w:styleId="a6">
    <w:name w:val="footer"/>
    <w:basedOn w:val="a1"/>
    <w:link w:val="Char0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تذييل الصفحة Char"/>
    <w:basedOn w:val="a2"/>
    <w:link w:val="a6"/>
    <w:uiPriority w:val="99"/>
    <w:rsid w:val="00E618BF"/>
  </w:style>
  <w:style w:type="paragraph" w:styleId="a7">
    <w:name w:val="No Spacing"/>
    <w:uiPriority w:val="1"/>
    <w:qFormat/>
    <w:rsid w:val="00FC693F"/>
    <w:pPr>
      <w:spacing w:after="0" w:line="240" w:lineRule="auto"/>
    </w:pPr>
  </w:style>
  <w:style w:type="character" w:customStyle="1" w:styleId="1Char">
    <w:name w:val="عنوان 1 Char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عنوان 2 Char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عنوان 3 Char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8">
    <w:name w:val="Title"/>
    <w:basedOn w:val="a1"/>
    <w:next w:val="a1"/>
    <w:link w:val="Char1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1">
    <w:name w:val="العنوان Char"/>
    <w:basedOn w:val="a2"/>
    <w:link w:val="a8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9">
    <w:name w:val="Subtitle"/>
    <w:basedOn w:val="a1"/>
    <w:next w:val="a1"/>
    <w:link w:val="Char2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har2">
    <w:name w:val="عنوان فرعي Char"/>
    <w:basedOn w:val="a2"/>
    <w:link w:val="a9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a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b">
    <w:name w:val="Body Text"/>
    <w:basedOn w:val="a1"/>
    <w:link w:val="Char3"/>
    <w:uiPriority w:val="99"/>
    <w:unhideWhenUsed/>
    <w:rsid w:val="00AA1D8D"/>
    <w:pPr>
      <w:spacing w:after="120"/>
    </w:pPr>
  </w:style>
  <w:style w:type="character" w:customStyle="1" w:styleId="Char3">
    <w:name w:val="نص أساسي Char"/>
    <w:basedOn w:val="a2"/>
    <w:link w:val="ab"/>
    <w:uiPriority w:val="99"/>
    <w:rsid w:val="00AA1D8D"/>
  </w:style>
  <w:style w:type="paragraph" w:styleId="22">
    <w:name w:val="Body Text 2"/>
    <w:basedOn w:val="a1"/>
    <w:link w:val="2Char0"/>
    <w:uiPriority w:val="99"/>
    <w:unhideWhenUsed/>
    <w:rsid w:val="00AA1D8D"/>
    <w:pPr>
      <w:spacing w:after="120" w:line="480" w:lineRule="auto"/>
    </w:pPr>
  </w:style>
  <w:style w:type="character" w:customStyle="1" w:styleId="2Char0">
    <w:name w:val="نص أساسي 2 Char"/>
    <w:basedOn w:val="a2"/>
    <w:link w:val="22"/>
    <w:uiPriority w:val="99"/>
    <w:rsid w:val="00AA1D8D"/>
  </w:style>
  <w:style w:type="paragraph" w:styleId="32">
    <w:name w:val="Body Text 3"/>
    <w:basedOn w:val="a1"/>
    <w:link w:val="3Char0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Char0">
    <w:name w:val="نص أساسي 3 Char"/>
    <w:basedOn w:val="a2"/>
    <w:link w:val="32"/>
    <w:uiPriority w:val="99"/>
    <w:rsid w:val="00AA1D8D"/>
    <w:rPr>
      <w:sz w:val="16"/>
      <w:szCs w:val="16"/>
    </w:rPr>
  </w:style>
  <w:style w:type="paragraph" w:styleId="ac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3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3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d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4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4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e">
    <w:name w:val="macro"/>
    <w:link w:val="Char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Char4">
    <w:name w:val="نص ماكرو Char"/>
    <w:basedOn w:val="a2"/>
    <w:link w:val="ae"/>
    <w:uiPriority w:val="99"/>
    <w:rsid w:val="0029639D"/>
    <w:rPr>
      <w:rFonts w:ascii="Courier" w:hAnsi="Courier"/>
      <w:sz w:val="20"/>
      <w:szCs w:val="20"/>
    </w:rPr>
  </w:style>
  <w:style w:type="paragraph" w:styleId="af">
    <w:name w:val="Quote"/>
    <w:basedOn w:val="a1"/>
    <w:next w:val="a1"/>
    <w:link w:val="Char5"/>
    <w:uiPriority w:val="29"/>
    <w:qFormat/>
    <w:rsid w:val="00FC693F"/>
    <w:rPr>
      <w:i/>
      <w:iCs/>
      <w:color w:val="000000" w:themeColor="text1"/>
    </w:rPr>
  </w:style>
  <w:style w:type="character" w:customStyle="1" w:styleId="Char5">
    <w:name w:val="اقتباس Char"/>
    <w:basedOn w:val="a2"/>
    <w:link w:val="af"/>
    <w:uiPriority w:val="29"/>
    <w:rsid w:val="00FC693F"/>
    <w:rPr>
      <w:i/>
      <w:iCs/>
      <w:color w:val="000000" w:themeColor="text1"/>
    </w:rPr>
  </w:style>
  <w:style w:type="character" w:customStyle="1" w:styleId="4Char">
    <w:name w:val="عنوان 4 Char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Char">
    <w:name w:val="عنوان 5 Char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Char">
    <w:name w:val="عنوان 6 Char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Char">
    <w:name w:val="عنوان 7 Char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عنوان 8 Char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Char">
    <w:name w:val="عنوان 9 Char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0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1">
    <w:name w:val="Strong"/>
    <w:basedOn w:val="a2"/>
    <w:uiPriority w:val="22"/>
    <w:qFormat/>
    <w:rsid w:val="00FC693F"/>
    <w:rPr>
      <w:b/>
      <w:bCs/>
    </w:rPr>
  </w:style>
  <w:style w:type="character" w:styleId="af2">
    <w:name w:val="Emphasis"/>
    <w:basedOn w:val="a2"/>
    <w:uiPriority w:val="20"/>
    <w:qFormat/>
    <w:rsid w:val="00FC693F"/>
    <w:rPr>
      <w:i/>
      <w:iCs/>
    </w:rPr>
  </w:style>
  <w:style w:type="paragraph" w:styleId="af3">
    <w:name w:val="Intense Quote"/>
    <w:basedOn w:val="a1"/>
    <w:next w:val="a1"/>
    <w:link w:val="Char6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6">
    <w:name w:val="اقتباس مكثف Char"/>
    <w:basedOn w:val="a2"/>
    <w:link w:val="af3"/>
    <w:uiPriority w:val="30"/>
    <w:rsid w:val="00FC693F"/>
    <w:rPr>
      <w:b/>
      <w:bCs/>
      <w:i/>
      <w:iCs/>
      <w:color w:val="4F81BD" w:themeColor="accent1"/>
    </w:rPr>
  </w:style>
  <w:style w:type="character" w:styleId="af4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5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6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7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8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9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a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b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c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d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0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5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1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6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2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7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5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e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0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1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0413607-A605-40AF-B56C-673815A52C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283</Words>
  <Characters>1617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1897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YASIN25</cp:lastModifiedBy>
  <cp:revision>8</cp:revision>
  <dcterms:created xsi:type="dcterms:W3CDTF">2013-12-23T23:15:00Z</dcterms:created>
  <dcterms:modified xsi:type="dcterms:W3CDTF">2025-10-11T15:06:00Z</dcterms:modified>
  <cp:category/>
</cp:coreProperties>
</file>